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C27E8" w14:textId="77777777" w:rsidR="00FB6AFB" w:rsidRDefault="000E1E5A">
      <w:pPr>
        <w:spacing w:after="80" w:line="240" w:lineRule="auto"/>
        <w:jc w:val="center"/>
      </w:pPr>
      <w:r>
        <w:rPr>
          <w:b/>
          <w:color w:val="1F4E3D"/>
          <w:sz w:val="30"/>
        </w:rPr>
        <w:t>AI Use Declaration Form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FB6AFB" w14:paraId="40163875" w14:textId="77777777" w:rsidTr="00D67330">
        <w:trPr>
          <w:jc w:val="center"/>
        </w:trPr>
        <w:tc>
          <w:tcPr>
            <w:tcW w:w="10426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14:paraId="4C53A60E" w14:textId="77777777" w:rsidR="00FB6AFB" w:rsidRDefault="00FB6AFB"/>
        </w:tc>
      </w:tr>
    </w:tbl>
    <w:p w14:paraId="2F80C462" w14:textId="77777777" w:rsidR="00FB6AFB" w:rsidRDefault="00FB6AFB">
      <w:pPr>
        <w:spacing w:after="4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16"/>
      </w:tblGrid>
      <w:tr w:rsidR="00FB6AFB" w14:paraId="23FD4152" w14:textId="77777777">
        <w:trPr>
          <w:jc w:val="center"/>
        </w:trPr>
        <w:tc>
          <w:tcPr>
            <w:tcW w:w="10426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shd w:val="clear" w:color="auto" w:fill="E8F4EF"/>
            <w:vAlign w:val="center"/>
          </w:tcPr>
          <w:p w14:paraId="79FAC24F" w14:textId="77777777" w:rsidR="00FB6AFB" w:rsidRDefault="000E1E5A">
            <w:pPr>
              <w:spacing w:after="40" w:line="240" w:lineRule="auto"/>
            </w:pPr>
            <w:r>
              <w:rPr>
                <w:sz w:val="18"/>
              </w:rPr>
              <w:t>Purpose: This form records whether artificial intelligence tools were used in manuscript preparation. Disclosure does not automatically affect editorial assessment; responsibility for accuracy, originality, citations, and ethical compliance remains with the authors.</w:t>
            </w:r>
          </w:p>
        </w:tc>
      </w:tr>
    </w:tbl>
    <w:p w14:paraId="45BF9A91" w14:textId="77777777" w:rsidR="00FB6AFB" w:rsidRDefault="000E1E5A">
      <w:pPr>
        <w:spacing w:before="160" w:after="60" w:line="240" w:lineRule="auto"/>
      </w:pPr>
      <w:r>
        <w:rPr>
          <w:b/>
          <w:color w:val="1F4E3D"/>
          <w:sz w:val="22"/>
        </w:rPr>
        <w:t>Manuscript Information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6803"/>
      </w:tblGrid>
      <w:tr w:rsidR="00FB6AFB" w14:paraId="46AD9FBD" w14:textId="77777777">
        <w:trPr>
          <w:jc w:val="center"/>
        </w:trPr>
        <w:tc>
          <w:tcPr>
            <w:tcW w:w="2381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shd w:val="clear" w:color="auto" w:fill="E8F4EF"/>
            <w:vAlign w:val="center"/>
          </w:tcPr>
          <w:p w14:paraId="629973DB" w14:textId="77777777" w:rsidR="00FB6AFB" w:rsidRDefault="000E1E5A">
            <w:pPr>
              <w:spacing w:after="0" w:line="240" w:lineRule="auto"/>
            </w:pPr>
            <w:r>
              <w:rPr>
                <w:b/>
                <w:sz w:val="18"/>
              </w:rPr>
              <w:t>Manuscript title</w:t>
            </w:r>
          </w:p>
        </w:tc>
        <w:tc>
          <w:tcPr>
            <w:tcW w:w="6803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vAlign w:val="center"/>
          </w:tcPr>
          <w:p w14:paraId="33FE87D4" w14:textId="77777777" w:rsidR="00FB6AFB" w:rsidRDefault="000E1E5A">
            <w:pPr>
              <w:spacing w:after="0" w:line="240" w:lineRule="auto"/>
            </w:pPr>
            <w:r>
              <w:rPr>
                <w:sz w:val="18"/>
              </w:rPr>
              <w:t>[Insert full manuscript title]</w:t>
            </w:r>
          </w:p>
        </w:tc>
      </w:tr>
      <w:tr w:rsidR="00FB6AFB" w14:paraId="6A875980" w14:textId="77777777">
        <w:trPr>
          <w:jc w:val="center"/>
        </w:trPr>
        <w:tc>
          <w:tcPr>
            <w:tcW w:w="2381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shd w:val="clear" w:color="auto" w:fill="E8F4EF"/>
            <w:vAlign w:val="center"/>
          </w:tcPr>
          <w:p w14:paraId="0DD5F9B1" w14:textId="77777777" w:rsidR="00FB6AFB" w:rsidRDefault="000E1E5A">
            <w:pPr>
              <w:spacing w:after="0" w:line="240" w:lineRule="auto"/>
            </w:pPr>
            <w:r>
              <w:rPr>
                <w:b/>
                <w:sz w:val="18"/>
              </w:rPr>
              <w:t>Article type</w:t>
            </w:r>
          </w:p>
        </w:tc>
        <w:tc>
          <w:tcPr>
            <w:tcW w:w="6803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vAlign w:val="center"/>
          </w:tcPr>
          <w:p w14:paraId="64D8C195" w14:textId="77777777" w:rsidR="00FB6AFB" w:rsidRDefault="000E1E5A">
            <w:pPr>
              <w:spacing w:after="0" w:line="240" w:lineRule="auto"/>
            </w:pPr>
            <w:r>
              <w:rPr>
                <w:sz w:val="18"/>
              </w:rPr>
              <w:t>[Original Research Article / Review Article]</w:t>
            </w:r>
          </w:p>
        </w:tc>
      </w:tr>
      <w:tr w:rsidR="00FB6AFB" w14:paraId="07A039C9" w14:textId="77777777">
        <w:trPr>
          <w:jc w:val="center"/>
        </w:trPr>
        <w:tc>
          <w:tcPr>
            <w:tcW w:w="2381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shd w:val="clear" w:color="auto" w:fill="E8F4EF"/>
            <w:vAlign w:val="center"/>
          </w:tcPr>
          <w:p w14:paraId="658184AD" w14:textId="77777777" w:rsidR="00FB6AFB" w:rsidRDefault="000E1E5A">
            <w:pPr>
              <w:spacing w:after="0" w:line="240" w:lineRule="auto"/>
            </w:pPr>
            <w:r>
              <w:rPr>
                <w:b/>
                <w:sz w:val="18"/>
              </w:rPr>
              <w:t>Corresponding author</w:t>
            </w:r>
          </w:p>
        </w:tc>
        <w:tc>
          <w:tcPr>
            <w:tcW w:w="6803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vAlign w:val="center"/>
          </w:tcPr>
          <w:p w14:paraId="34CBC062" w14:textId="77777777" w:rsidR="00FB6AFB" w:rsidRDefault="000E1E5A">
            <w:pPr>
              <w:spacing w:after="0" w:line="240" w:lineRule="auto"/>
            </w:pPr>
            <w:r>
              <w:rPr>
                <w:sz w:val="18"/>
              </w:rPr>
              <w:t>[Full name]</w:t>
            </w:r>
          </w:p>
        </w:tc>
      </w:tr>
      <w:tr w:rsidR="00FB6AFB" w14:paraId="5884786E" w14:textId="77777777">
        <w:trPr>
          <w:jc w:val="center"/>
        </w:trPr>
        <w:tc>
          <w:tcPr>
            <w:tcW w:w="2381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shd w:val="clear" w:color="auto" w:fill="E8F4EF"/>
            <w:vAlign w:val="center"/>
          </w:tcPr>
          <w:p w14:paraId="28D580C1" w14:textId="77777777" w:rsidR="00FB6AFB" w:rsidRDefault="000E1E5A">
            <w:pPr>
              <w:spacing w:after="0" w:line="240" w:lineRule="auto"/>
            </w:pPr>
            <w:r>
              <w:rPr>
                <w:b/>
                <w:sz w:val="18"/>
              </w:rPr>
              <w:t>Corresponding author email</w:t>
            </w:r>
          </w:p>
        </w:tc>
        <w:tc>
          <w:tcPr>
            <w:tcW w:w="6803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vAlign w:val="center"/>
          </w:tcPr>
          <w:p w14:paraId="21B93073" w14:textId="77777777" w:rsidR="00FB6AFB" w:rsidRDefault="000E1E5A">
            <w:pPr>
              <w:spacing w:after="0" w:line="240" w:lineRule="auto"/>
            </w:pPr>
            <w:r>
              <w:rPr>
                <w:sz w:val="18"/>
              </w:rPr>
              <w:t>[Email]</w:t>
            </w:r>
          </w:p>
        </w:tc>
      </w:tr>
      <w:tr w:rsidR="00FB6AFB" w14:paraId="5DEA2413" w14:textId="77777777">
        <w:trPr>
          <w:jc w:val="center"/>
        </w:trPr>
        <w:tc>
          <w:tcPr>
            <w:tcW w:w="2381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shd w:val="clear" w:color="auto" w:fill="E8F4EF"/>
            <w:vAlign w:val="center"/>
          </w:tcPr>
          <w:p w14:paraId="6D0CE6D4" w14:textId="77777777" w:rsidR="00FB6AFB" w:rsidRDefault="000E1E5A">
            <w:pPr>
              <w:spacing w:after="0" w:line="240" w:lineRule="auto"/>
            </w:pPr>
            <w:r>
              <w:rPr>
                <w:b/>
                <w:sz w:val="18"/>
              </w:rPr>
              <w:t>Date</w:t>
            </w:r>
          </w:p>
        </w:tc>
        <w:tc>
          <w:tcPr>
            <w:tcW w:w="6803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vAlign w:val="center"/>
          </w:tcPr>
          <w:p w14:paraId="23004F2D" w14:textId="77777777" w:rsidR="00FB6AFB" w:rsidRDefault="000E1E5A">
            <w:pPr>
              <w:spacing w:after="0" w:line="240" w:lineRule="auto"/>
            </w:pPr>
            <w:r>
              <w:rPr>
                <w:sz w:val="18"/>
              </w:rPr>
              <w:t>[Day Month Year]</w:t>
            </w:r>
          </w:p>
        </w:tc>
      </w:tr>
    </w:tbl>
    <w:p w14:paraId="7A76C59D" w14:textId="77777777" w:rsidR="00FB6AFB" w:rsidRDefault="000E1E5A">
      <w:pPr>
        <w:spacing w:before="160" w:after="60" w:line="240" w:lineRule="auto"/>
      </w:pPr>
      <w:r>
        <w:rPr>
          <w:b/>
          <w:color w:val="1F4E3D"/>
          <w:sz w:val="22"/>
        </w:rPr>
        <w:t>AI Use Statement</w:t>
      </w:r>
    </w:p>
    <w:p w14:paraId="39881AA3" w14:textId="77777777" w:rsidR="00FB6AFB" w:rsidRDefault="000E1E5A">
      <w:pPr>
        <w:spacing w:after="60" w:line="240" w:lineRule="auto"/>
      </w:pPr>
      <w:r>
        <w:rPr>
          <w:sz w:val="19"/>
        </w:rPr>
        <w:t>[ ] No generative artificial intelligence tools were used in preparing the manuscript, generating text, creating images or graphics, processing data, coding, translation, or editing beyond standard spelling and grammar checks.</w:t>
      </w:r>
    </w:p>
    <w:p w14:paraId="3572A9C5" w14:textId="77777777" w:rsidR="00FB6AFB" w:rsidRDefault="000E1E5A">
      <w:pPr>
        <w:spacing w:after="100" w:line="240" w:lineRule="auto"/>
      </w:pPr>
      <w:r>
        <w:rPr>
          <w:sz w:val="19"/>
        </w:rPr>
        <w:t>[ ] Generative artificial intelligence tools were used. The details are provided below.</w:t>
      </w:r>
    </w:p>
    <w:p w14:paraId="0AE7BA25" w14:textId="77777777" w:rsidR="00FB6AFB" w:rsidRDefault="000E1E5A">
      <w:pPr>
        <w:spacing w:before="160" w:after="60" w:line="240" w:lineRule="auto"/>
      </w:pPr>
      <w:r>
        <w:rPr>
          <w:b/>
          <w:color w:val="1F4E3D"/>
          <w:sz w:val="22"/>
        </w:rPr>
        <w:t>Details of AI Tool Use, if Applicable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54"/>
        <w:gridCol w:w="1474"/>
        <w:gridCol w:w="2154"/>
        <w:gridCol w:w="2041"/>
        <w:gridCol w:w="2268"/>
      </w:tblGrid>
      <w:tr w:rsidR="00FB6AFB" w14:paraId="17F6E13E" w14:textId="77777777">
        <w:trPr>
          <w:jc w:val="center"/>
        </w:trPr>
        <w:tc>
          <w:tcPr>
            <w:tcW w:w="2154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shd w:val="clear" w:color="auto" w:fill="30AA7B"/>
            <w:vAlign w:val="center"/>
          </w:tcPr>
          <w:p w14:paraId="76DCCD2B" w14:textId="77777777" w:rsidR="00FB6AFB" w:rsidRDefault="000E1E5A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Tool name / version / provider</w:t>
            </w:r>
          </w:p>
        </w:tc>
        <w:tc>
          <w:tcPr>
            <w:tcW w:w="1474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shd w:val="clear" w:color="auto" w:fill="30AA7B"/>
            <w:vAlign w:val="center"/>
          </w:tcPr>
          <w:p w14:paraId="0FB7DF83" w14:textId="77777777" w:rsidR="00FB6AFB" w:rsidRDefault="000E1E5A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Date or period of use</w:t>
            </w:r>
          </w:p>
        </w:tc>
        <w:tc>
          <w:tcPr>
            <w:tcW w:w="2154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shd w:val="clear" w:color="auto" w:fill="30AA7B"/>
            <w:vAlign w:val="center"/>
          </w:tcPr>
          <w:p w14:paraId="1C0665DB" w14:textId="77777777" w:rsidR="00FB6AFB" w:rsidRDefault="000E1E5A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Purpose of use</w:t>
            </w:r>
          </w:p>
        </w:tc>
        <w:tc>
          <w:tcPr>
            <w:tcW w:w="2041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shd w:val="clear" w:color="auto" w:fill="30AA7B"/>
            <w:vAlign w:val="center"/>
          </w:tcPr>
          <w:p w14:paraId="3C7E3E0D" w14:textId="77777777" w:rsidR="00FB6AFB" w:rsidRDefault="000E1E5A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Manuscript section(s) affected</w:t>
            </w:r>
          </w:p>
        </w:tc>
        <w:tc>
          <w:tcPr>
            <w:tcW w:w="2268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shd w:val="clear" w:color="auto" w:fill="30AA7B"/>
            <w:vAlign w:val="center"/>
          </w:tcPr>
          <w:p w14:paraId="521F5B1A" w14:textId="77777777" w:rsidR="00FB6AFB" w:rsidRDefault="000E1E5A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Human verification performed</w:t>
            </w:r>
          </w:p>
        </w:tc>
      </w:tr>
      <w:tr w:rsidR="00FB6AFB" w14:paraId="0C9004DC" w14:textId="77777777">
        <w:trPr>
          <w:jc w:val="center"/>
        </w:trPr>
        <w:tc>
          <w:tcPr>
            <w:tcW w:w="2154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vAlign w:val="center"/>
          </w:tcPr>
          <w:p w14:paraId="752BD778" w14:textId="77777777" w:rsidR="00FB6AFB" w:rsidRDefault="00FB6AFB">
            <w:pPr>
              <w:spacing w:after="360" w:line="240" w:lineRule="auto"/>
            </w:pPr>
          </w:p>
        </w:tc>
        <w:tc>
          <w:tcPr>
            <w:tcW w:w="1474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vAlign w:val="center"/>
          </w:tcPr>
          <w:p w14:paraId="2DF60F88" w14:textId="77777777" w:rsidR="00FB6AFB" w:rsidRDefault="00FB6AFB">
            <w:pPr>
              <w:spacing w:after="360" w:line="240" w:lineRule="auto"/>
            </w:pPr>
          </w:p>
        </w:tc>
        <w:tc>
          <w:tcPr>
            <w:tcW w:w="2154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vAlign w:val="center"/>
          </w:tcPr>
          <w:p w14:paraId="53BE8E7A" w14:textId="77777777" w:rsidR="00FB6AFB" w:rsidRDefault="00FB6AFB">
            <w:pPr>
              <w:spacing w:after="360" w:line="240" w:lineRule="auto"/>
            </w:pPr>
          </w:p>
        </w:tc>
        <w:tc>
          <w:tcPr>
            <w:tcW w:w="2041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vAlign w:val="center"/>
          </w:tcPr>
          <w:p w14:paraId="506CAF64" w14:textId="77777777" w:rsidR="00FB6AFB" w:rsidRDefault="00FB6AFB">
            <w:pPr>
              <w:spacing w:after="360" w:line="240" w:lineRule="auto"/>
            </w:pPr>
          </w:p>
        </w:tc>
        <w:tc>
          <w:tcPr>
            <w:tcW w:w="2268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vAlign w:val="center"/>
          </w:tcPr>
          <w:p w14:paraId="74917DB2" w14:textId="77777777" w:rsidR="00FB6AFB" w:rsidRDefault="00FB6AFB">
            <w:pPr>
              <w:spacing w:after="360" w:line="240" w:lineRule="auto"/>
            </w:pPr>
          </w:p>
        </w:tc>
      </w:tr>
      <w:tr w:rsidR="00FB6AFB" w14:paraId="06DF91C2" w14:textId="77777777">
        <w:trPr>
          <w:jc w:val="center"/>
        </w:trPr>
        <w:tc>
          <w:tcPr>
            <w:tcW w:w="2154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vAlign w:val="center"/>
          </w:tcPr>
          <w:p w14:paraId="0C1734AE" w14:textId="77777777" w:rsidR="00FB6AFB" w:rsidRDefault="00FB6AFB">
            <w:pPr>
              <w:spacing w:after="360" w:line="240" w:lineRule="auto"/>
            </w:pPr>
          </w:p>
        </w:tc>
        <w:tc>
          <w:tcPr>
            <w:tcW w:w="1474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vAlign w:val="center"/>
          </w:tcPr>
          <w:p w14:paraId="714CB8FF" w14:textId="77777777" w:rsidR="00FB6AFB" w:rsidRDefault="00FB6AFB">
            <w:pPr>
              <w:spacing w:after="360" w:line="240" w:lineRule="auto"/>
            </w:pPr>
          </w:p>
        </w:tc>
        <w:tc>
          <w:tcPr>
            <w:tcW w:w="2154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vAlign w:val="center"/>
          </w:tcPr>
          <w:p w14:paraId="2761FAE9" w14:textId="77777777" w:rsidR="00FB6AFB" w:rsidRDefault="00FB6AFB">
            <w:pPr>
              <w:spacing w:after="360" w:line="240" w:lineRule="auto"/>
            </w:pPr>
          </w:p>
        </w:tc>
        <w:tc>
          <w:tcPr>
            <w:tcW w:w="2041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vAlign w:val="center"/>
          </w:tcPr>
          <w:p w14:paraId="74E38240" w14:textId="77777777" w:rsidR="00FB6AFB" w:rsidRDefault="00FB6AFB">
            <w:pPr>
              <w:spacing w:after="360" w:line="240" w:lineRule="auto"/>
            </w:pPr>
          </w:p>
        </w:tc>
        <w:tc>
          <w:tcPr>
            <w:tcW w:w="2268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vAlign w:val="center"/>
          </w:tcPr>
          <w:p w14:paraId="5708C7A3" w14:textId="77777777" w:rsidR="00FB6AFB" w:rsidRDefault="00FB6AFB">
            <w:pPr>
              <w:spacing w:after="360" w:line="240" w:lineRule="auto"/>
            </w:pPr>
          </w:p>
        </w:tc>
      </w:tr>
      <w:tr w:rsidR="00FB6AFB" w14:paraId="1B46AAFF" w14:textId="77777777">
        <w:trPr>
          <w:jc w:val="center"/>
        </w:trPr>
        <w:tc>
          <w:tcPr>
            <w:tcW w:w="2154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vAlign w:val="center"/>
          </w:tcPr>
          <w:p w14:paraId="49E77546" w14:textId="77777777" w:rsidR="00FB6AFB" w:rsidRDefault="00FB6AFB">
            <w:pPr>
              <w:spacing w:after="360" w:line="240" w:lineRule="auto"/>
            </w:pPr>
          </w:p>
        </w:tc>
        <w:tc>
          <w:tcPr>
            <w:tcW w:w="1474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vAlign w:val="center"/>
          </w:tcPr>
          <w:p w14:paraId="4F8AE84E" w14:textId="77777777" w:rsidR="00FB6AFB" w:rsidRDefault="00FB6AFB">
            <w:pPr>
              <w:spacing w:after="360" w:line="240" w:lineRule="auto"/>
            </w:pPr>
          </w:p>
        </w:tc>
        <w:tc>
          <w:tcPr>
            <w:tcW w:w="2154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vAlign w:val="center"/>
          </w:tcPr>
          <w:p w14:paraId="1EFEC511" w14:textId="77777777" w:rsidR="00FB6AFB" w:rsidRDefault="00FB6AFB">
            <w:pPr>
              <w:spacing w:after="360" w:line="240" w:lineRule="auto"/>
            </w:pPr>
          </w:p>
        </w:tc>
        <w:tc>
          <w:tcPr>
            <w:tcW w:w="2041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vAlign w:val="center"/>
          </w:tcPr>
          <w:p w14:paraId="2EDAD0A7" w14:textId="77777777" w:rsidR="00FB6AFB" w:rsidRDefault="00FB6AFB">
            <w:pPr>
              <w:spacing w:after="360" w:line="240" w:lineRule="auto"/>
            </w:pPr>
          </w:p>
        </w:tc>
        <w:tc>
          <w:tcPr>
            <w:tcW w:w="2268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vAlign w:val="center"/>
          </w:tcPr>
          <w:p w14:paraId="1B836858" w14:textId="77777777" w:rsidR="00FB6AFB" w:rsidRDefault="00FB6AFB">
            <w:pPr>
              <w:spacing w:after="360" w:line="240" w:lineRule="auto"/>
            </w:pPr>
          </w:p>
        </w:tc>
      </w:tr>
      <w:tr w:rsidR="00FB6AFB" w14:paraId="1F1F989E" w14:textId="77777777">
        <w:trPr>
          <w:jc w:val="center"/>
        </w:trPr>
        <w:tc>
          <w:tcPr>
            <w:tcW w:w="2154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vAlign w:val="center"/>
          </w:tcPr>
          <w:p w14:paraId="011AC6DE" w14:textId="77777777" w:rsidR="00FB6AFB" w:rsidRDefault="00FB6AFB">
            <w:pPr>
              <w:spacing w:after="360" w:line="240" w:lineRule="auto"/>
            </w:pPr>
          </w:p>
        </w:tc>
        <w:tc>
          <w:tcPr>
            <w:tcW w:w="1474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vAlign w:val="center"/>
          </w:tcPr>
          <w:p w14:paraId="7B4BD809" w14:textId="77777777" w:rsidR="00FB6AFB" w:rsidRDefault="00FB6AFB">
            <w:pPr>
              <w:spacing w:after="360" w:line="240" w:lineRule="auto"/>
            </w:pPr>
          </w:p>
        </w:tc>
        <w:tc>
          <w:tcPr>
            <w:tcW w:w="2154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vAlign w:val="center"/>
          </w:tcPr>
          <w:p w14:paraId="27ABC39D" w14:textId="77777777" w:rsidR="00FB6AFB" w:rsidRDefault="00FB6AFB">
            <w:pPr>
              <w:spacing w:after="360" w:line="240" w:lineRule="auto"/>
            </w:pPr>
          </w:p>
        </w:tc>
        <w:tc>
          <w:tcPr>
            <w:tcW w:w="2041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vAlign w:val="center"/>
          </w:tcPr>
          <w:p w14:paraId="037C2419" w14:textId="77777777" w:rsidR="00FB6AFB" w:rsidRDefault="00FB6AFB">
            <w:pPr>
              <w:spacing w:after="360" w:line="240" w:lineRule="auto"/>
            </w:pPr>
          </w:p>
        </w:tc>
        <w:tc>
          <w:tcPr>
            <w:tcW w:w="2268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vAlign w:val="center"/>
          </w:tcPr>
          <w:p w14:paraId="4C818030" w14:textId="77777777" w:rsidR="00FB6AFB" w:rsidRDefault="00FB6AFB">
            <w:pPr>
              <w:spacing w:after="360" w:line="240" w:lineRule="auto"/>
            </w:pPr>
          </w:p>
        </w:tc>
      </w:tr>
    </w:tbl>
    <w:p w14:paraId="1A2E9D73" w14:textId="77777777" w:rsidR="00FB6AFB" w:rsidRDefault="000E1E5A">
      <w:pPr>
        <w:spacing w:before="160" w:after="60" w:line="240" w:lineRule="auto"/>
      </w:pPr>
      <w:r>
        <w:rPr>
          <w:b/>
          <w:color w:val="1F4E3D"/>
          <w:sz w:val="22"/>
        </w:rPr>
        <w:t>Required Author Confirmations</w:t>
      </w:r>
    </w:p>
    <w:p w14:paraId="095AF329" w14:textId="77777777" w:rsidR="00FB6AFB" w:rsidRDefault="000E1E5A">
      <w:pPr>
        <w:spacing w:after="40" w:line="240" w:lineRule="auto"/>
      </w:pPr>
      <w:r>
        <w:rPr>
          <w:sz w:val="19"/>
        </w:rPr>
        <w:t>[ ] AI tools are not listed as authors and were not treated as responsible contributors.</w:t>
      </w:r>
    </w:p>
    <w:p w14:paraId="012F3015" w14:textId="77777777" w:rsidR="00FB6AFB" w:rsidRDefault="000E1E5A">
      <w:pPr>
        <w:spacing w:after="40" w:line="240" w:lineRule="auto"/>
      </w:pPr>
      <w:r>
        <w:rPr>
          <w:sz w:val="19"/>
        </w:rPr>
        <w:t>[ ] All AI-assisted content was reviewed, verified, edited, and approved by the authors.</w:t>
      </w:r>
    </w:p>
    <w:p w14:paraId="0A545459" w14:textId="77777777" w:rsidR="00FB6AFB" w:rsidRDefault="000E1E5A">
      <w:pPr>
        <w:spacing w:after="40" w:line="240" w:lineRule="auto"/>
      </w:pPr>
      <w:r>
        <w:rPr>
          <w:sz w:val="19"/>
        </w:rPr>
        <w:t>[ ] The authors checked that no fabricated references, unsupported claims, false data, or inaccurate citations were introduced by AI tools.</w:t>
      </w:r>
    </w:p>
    <w:p w14:paraId="60348F15" w14:textId="77777777" w:rsidR="00FB6AFB" w:rsidRDefault="000E1E5A">
      <w:pPr>
        <w:spacing w:after="40" w:line="240" w:lineRule="auto"/>
      </w:pPr>
      <w:r>
        <w:rPr>
          <w:sz w:val="19"/>
        </w:rPr>
        <w:t>[ ] Any AI-assisted data processing, coding, analysis, visualization, image creation, or graphic generation is described transparently in the manuscript where relevant.</w:t>
      </w:r>
    </w:p>
    <w:p w14:paraId="5B61F92C" w14:textId="77777777" w:rsidR="00FB6AFB" w:rsidRDefault="000E1E5A">
      <w:pPr>
        <w:spacing w:after="40" w:line="240" w:lineRule="auto"/>
      </w:pPr>
      <w:r>
        <w:rPr>
          <w:sz w:val="19"/>
        </w:rPr>
        <w:t>[ ] No confidential peer-review material, reviewer comments, unpublished third-party manuscripts, or restricted data were uploaded to public or unsecured AI tools.</w:t>
      </w:r>
    </w:p>
    <w:p w14:paraId="58A0FBBA" w14:textId="77777777" w:rsidR="00FB6AFB" w:rsidRDefault="000E1E5A">
      <w:pPr>
        <w:spacing w:after="40" w:line="240" w:lineRule="auto"/>
      </w:pPr>
      <w:r>
        <w:rPr>
          <w:sz w:val="19"/>
        </w:rPr>
        <w:t>[ ] The authors accept full responsibility for the manuscript content, including any parts prepared with AI assistance.</w:t>
      </w:r>
    </w:p>
    <w:p w14:paraId="32E5FA3E" w14:textId="77777777" w:rsidR="00FB6AFB" w:rsidRDefault="000E1E5A">
      <w:pPr>
        <w:spacing w:before="160" w:after="60" w:line="240" w:lineRule="auto"/>
      </w:pPr>
      <w:r>
        <w:rPr>
          <w:b/>
          <w:color w:val="1F4E3D"/>
          <w:sz w:val="22"/>
        </w:rPr>
        <w:t>Author Signature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2268"/>
        <w:gridCol w:w="2835"/>
        <w:gridCol w:w="1701"/>
      </w:tblGrid>
      <w:tr w:rsidR="00FB6AFB" w14:paraId="425184F3" w14:textId="77777777">
        <w:trPr>
          <w:jc w:val="center"/>
        </w:trPr>
        <w:tc>
          <w:tcPr>
            <w:tcW w:w="2835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shd w:val="clear" w:color="auto" w:fill="30AA7B"/>
            <w:vAlign w:val="center"/>
          </w:tcPr>
          <w:p w14:paraId="3BBDF70A" w14:textId="77777777" w:rsidR="00FB6AFB" w:rsidRDefault="000E1E5A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8"/>
              </w:rPr>
              <w:t>Name</w:t>
            </w:r>
          </w:p>
        </w:tc>
        <w:tc>
          <w:tcPr>
            <w:tcW w:w="2268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shd w:val="clear" w:color="auto" w:fill="30AA7B"/>
            <w:vAlign w:val="center"/>
          </w:tcPr>
          <w:p w14:paraId="01BAFE4C" w14:textId="77777777" w:rsidR="00FB6AFB" w:rsidRDefault="000E1E5A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8"/>
              </w:rPr>
              <w:t>Role</w:t>
            </w:r>
          </w:p>
        </w:tc>
        <w:tc>
          <w:tcPr>
            <w:tcW w:w="2835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shd w:val="clear" w:color="auto" w:fill="30AA7B"/>
            <w:vAlign w:val="center"/>
          </w:tcPr>
          <w:p w14:paraId="7DBA5DE8" w14:textId="77777777" w:rsidR="00FB6AFB" w:rsidRDefault="000E1E5A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8"/>
              </w:rPr>
              <w:t>Signature</w:t>
            </w:r>
          </w:p>
        </w:tc>
        <w:tc>
          <w:tcPr>
            <w:tcW w:w="1701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shd w:val="clear" w:color="auto" w:fill="30AA7B"/>
            <w:vAlign w:val="center"/>
          </w:tcPr>
          <w:p w14:paraId="71B1853E" w14:textId="77777777" w:rsidR="00FB6AFB" w:rsidRDefault="000E1E5A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8"/>
              </w:rPr>
              <w:t>Date</w:t>
            </w:r>
          </w:p>
        </w:tc>
      </w:tr>
      <w:tr w:rsidR="00FB6AFB" w14:paraId="50E31C03" w14:textId="77777777">
        <w:trPr>
          <w:jc w:val="center"/>
        </w:trPr>
        <w:tc>
          <w:tcPr>
            <w:tcW w:w="2835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vAlign w:val="center"/>
          </w:tcPr>
          <w:p w14:paraId="4C6627A2" w14:textId="77777777" w:rsidR="00FB6AFB" w:rsidRDefault="00FB6AFB">
            <w:pPr>
              <w:spacing w:after="360" w:line="240" w:lineRule="auto"/>
            </w:pPr>
          </w:p>
        </w:tc>
        <w:tc>
          <w:tcPr>
            <w:tcW w:w="2268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vAlign w:val="center"/>
          </w:tcPr>
          <w:p w14:paraId="060B4507" w14:textId="77777777" w:rsidR="00FB6AFB" w:rsidRDefault="00FB6AFB">
            <w:pPr>
              <w:spacing w:after="360" w:line="240" w:lineRule="auto"/>
            </w:pPr>
          </w:p>
        </w:tc>
        <w:tc>
          <w:tcPr>
            <w:tcW w:w="2835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vAlign w:val="center"/>
          </w:tcPr>
          <w:p w14:paraId="7963C27B" w14:textId="77777777" w:rsidR="00FB6AFB" w:rsidRDefault="00FB6AFB">
            <w:pPr>
              <w:spacing w:after="360" w:line="240" w:lineRule="auto"/>
            </w:pPr>
          </w:p>
        </w:tc>
        <w:tc>
          <w:tcPr>
            <w:tcW w:w="1701" w:type="dxa"/>
            <w:tcBorders>
              <w:top w:val="single" w:sz="4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vAlign w:val="center"/>
          </w:tcPr>
          <w:p w14:paraId="0328D795" w14:textId="77777777" w:rsidR="00FB6AFB" w:rsidRDefault="00FB6AFB">
            <w:pPr>
              <w:spacing w:after="360" w:line="240" w:lineRule="auto"/>
            </w:pPr>
          </w:p>
        </w:tc>
      </w:tr>
    </w:tbl>
    <w:p w14:paraId="33B6715D" w14:textId="77777777" w:rsidR="000E1E5A" w:rsidRDefault="000E1E5A"/>
    <w:sectPr w:rsidR="000E1E5A" w:rsidSect="00034616">
      <w:headerReference w:type="default" r:id="rId8"/>
      <w:footerReference w:type="default" r:id="rId9"/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39286" w14:textId="77777777" w:rsidR="000E1E5A" w:rsidRDefault="000E1E5A">
      <w:pPr>
        <w:spacing w:after="0" w:line="240" w:lineRule="auto"/>
      </w:pPr>
      <w:r>
        <w:separator/>
      </w:r>
    </w:p>
  </w:endnote>
  <w:endnote w:type="continuationSeparator" w:id="0">
    <w:p w14:paraId="6809C225" w14:textId="77777777" w:rsidR="000E1E5A" w:rsidRDefault="000E1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A80F9" w14:textId="77777777" w:rsidR="00FB6AFB" w:rsidRDefault="000E1E5A">
    <w:pPr>
      <w:pStyle w:val="Footer"/>
      <w:jc w:val="center"/>
    </w:pPr>
    <w:r>
      <w:rPr>
        <w:color w:val="666666"/>
        <w:sz w:val="16"/>
      </w:rPr>
      <w:t>JPD-F04 | Version 1.0 | May 2026 | AI Use Declaration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35487" w14:textId="77777777" w:rsidR="000E1E5A" w:rsidRDefault="000E1E5A">
      <w:pPr>
        <w:spacing w:after="0" w:line="240" w:lineRule="auto"/>
      </w:pPr>
      <w:r>
        <w:separator/>
      </w:r>
    </w:p>
  </w:footnote>
  <w:footnote w:type="continuationSeparator" w:id="0">
    <w:p w14:paraId="0B7B357C" w14:textId="77777777" w:rsidR="000E1E5A" w:rsidRDefault="000E1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C4AF3" w14:textId="77777777" w:rsidR="00FB6AFB" w:rsidRDefault="000E1E5A">
    <w:pPr>
      <w:pStyle w:val="Header"/>
      <w:jc w:val="center"/>
    </w:pPr>
    <w:r>
      <w:rPr>
        <w:b/>
        <w:color w:val="1F4E3D"/>
      </w:rPr>
      <w:t>Journal of Planner and Development (JPD)</w:t>
    </w:r>
    <w:r>
      <w:br/>
    </w:r>
    <w:r>
      <w:rPr>
        <w:sz w:val="16"/>
      </w:rPr>
      <w:t>Center for Urban and Regional Planning for Postgraduate Studies, University of Baghdad</w:t>
    </w:r>
    <w:r>
      <w:br/>
    </w:r>
    <w:r>
      <w:rPr>
        <w:sz w:val="16"/>
      </w:rPr>
      <w:t>P-ISSN: 1996-983X | E-ISSN: 2960-1908 | Journal homepage: https://jpd.uobaghdad.edu.iq/index.php/jpd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18959709">
    <w:abstractNumId w:val="8"/>
  </w:num>
  <w:num w:numId="2" w16cid:durableId="1598096311">
    <w:abstractNumId w:val="6"/>
  </w:num>
  <w:num w:numId="3" w16cid:durableId="299069429">
    <w:abstractNumId w:val="5"/>
  </w:num>
  <w:num w:numId="4" w16cid:durableId="1164390978">
    <w:abstractNumId w:val="4"/>
  </w:num>
  <w:num w:numId="5" w16cid:durableId="1581254371">
    <w:abstractNumId w:val="7"/>
  </w:num>
  <w:num w:numId="6" w16cid:durableId="1580751532">
    <w:abstractNumId w:val="3"/>
  </w:num>
  <w:num w:numId="7" w16cid:durableId="119419896">
    <w:abstractNumId w:val="2"/>
  </w:num>
  <w:num w:numId="8" w16cid:durableId="365840220">
    <w:abstractNumId w:val="1"/>
  </w:num>
  <w:num w:numId="9" w16cid:durableId="2124687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1E5A"/>
    <w:rsid w:val="0015074B"/>
    <w:rsid w:val="0029639D"/>
    <w:rsid w:val="00326F90"/>
    <w:rsid w:val="00AA1D8D"/>
    <w:rsid w:val="00B47730"/>
    <w:rsid w:val="00C24CAE"/>
    <w:rsid w:val="00CB0664"/>
    <w:rsid w:val="00D67330"/>
    <w:rsid w:val="00FB6AF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E83C1BE"/>
  <w14:defaultImageDpi w14:val="300"/>
  <w15:docId w15:val="{47194828-4B39-4EAB-A8B4-4DA607DF5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1626</Characters>
  <Application>Microsoft Office Word</Application>
  <DocSecurity>0</DocSecurity>
  <Lines>70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AMER</dc:creator>
  <cp:keywords/>
  <dc:description/>
  <cp:lastModifiedBy>amer kinani</cp:lastModifiedBy>
  <cp:revision>3</cp:revision>
  <dcterms:created xsi:type="dcterms:W3CDTF">2026-05-20T09:48:00Z</dcterms:created>
  <dcterms:modified xsi:type="dcterms:W3CDTF">2026-05-20T09:48:00Z</dcterms:modified>
  <cp:category/>
</cp:coreProperties>
</file>